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WZÓR FORMULARZA ODSTĄPIENIA OD UMOWY</w:t>
      </w:r>
    </w:p>
    <w:p>
      <w:pPr>
        <w:spacing w:after="360"/>
        <w:jc w:val="center"/>
      </w:pPr>
      <w:r>
        <w:rPr>
          <w:b w:val="0"/>
          <w:sz w:val="18"/>
        </w:rPr>
        <w:t>(formularz ten należy wypełnić i odesłać tylko w przypadku chęci odstąpienia od umowy)</w:t>
      </w:r>
    </w:p>
    <w:p>
      <w:pPr>
        <w:spacing w:after="40"/>
      </w:pPr>
      <w:r>
        <w:rPr>
          <w:b/>
        </w:rPr>
        <w:t>Adresat:</w:t>
      </w:r>
    </w:p>
    <w:p>
      <w:pPr>
        <w:spacing w:after="320"/>
      </w:pPr>
      <w:r>
        <w:rPr>
          <w:b w:val="0"/>
        </w:rPr>
        <w:t>Kacper Pachocki</w:t>
        <w:br/>
        <w:t>Adamowo 13, 63-100 Nochowo</w:t>
        <w:br/>
        <w:t>e-mail: kontakt@swiatecznik-sklep.pl</w:t>
      </w:r>
    </w:p>
    <w:p>
      <w:pPr>
        <w:spacing w:after="200"/>
      </w:pPr>
      <w:r>
        <w:rPr>
          <w:b w:val="0"/>
        </w:rPr>
        <w:t>Ja/My(*) niniejszym informuję/informujemy(*) o moim/naszym odstąpieniu od umowy sprzedaży następujących rzeczy(*):</w:t>
      </w:r>
    </w:p>
    <w:p>
      <w:pPr>
        <w:spacing w:after="200"/>
      </w:pPr>
      <w:r>
        <w:rPr>
          <w:b w:val="0"/>
        </w:rPr>
        <w:t>........................................................................................................................</w:t>
      </w:r>
    </w:p>
    <w:p>
      <w:pPr>
        <w:spacing w:after="200"/>
      </w:pPr>
      <w:r>
        <w:rPr>
          <w:b w:val="0"/>
        </w:rPr>
        <w:t>........................................................................................................................</w:t>
      </w:r>
    </w:p>
    <w:p>
      <w:pPr>
        <w:spacing w:after="200"/>
      </w:pPr>
      <w:r>
        <w:rPr>
          <w:b w:val="0"/>
        </w:rPr>
        <w:t>........................................................................................................................</w:t>
      </w:r>
    </w:p>
    <w:p>
      <w:pPr>
        <w:spacing w:after="240"/>
      </w:pPr>
      <w:r>
        <w:rPr>
          <w:b w:val="0"/>
        </w:rPr>
        <w:t>Data zawarcia umowy(*) / odbioru(*): ............................................................</w:t>
      </w:r>
    </w:p>
    <w:p>
      <w:pPr>
        <w:spacing w:after="240"/>
      </w:pPr>
      <w:r>
        <w:rPr>
          <w:b w:val="0"/>
        </w:rPr>
        <w:t>Imię i nazwisko konsumenta(-ów): ................................................................</w:t>
      </w:r>
    </w:p>
    <w:p>
      <w:pPr>
        <w:spacing w:after="240"/>
      </w:pPr>
      <w:r>
        <w:rPr>
          <w:b w:val="0"/>
        </w:rPr>
        <w:t>Adres konsumenta(-ów): ..................................................................................</w:t>
      </w:r>
    </w:p>
    <w:p>
      <w:pPr>
        <w:spacing w:after="480"/>
      </w:pPr>
      <w:r>
        <w:rPr>
          <w:b w:val="0"/>
        </w:rPr>
        <w:t>..................................................................................</w:t>
      </w:r>
    </w:p>
    <w:p>
      <w:pPr>
        <w:spacing w:after="480"/>
      </w:pPr>
      <w:r>
        <w:rPr>
          <w:b w:val="0"/>
        </w:rPr>
        <w:t>Numer zamówienia (nieobowiązkowo): .......................................................</w:t>
      </w:r>
    </w:p>
    <w:p>
      <w:pPr>
        <w:spacing w:after="240"/>
      </w:pPr>
      <w:r>
        <w:rPr>
          <w:b w:val="0"/>
        </w:rPr>
        <w:t>Podpis konsumenta(-ów)</w:t>
        <w:br/>
        <w:t>(tylko jeżeli formularz jest przesyłany w wersji papierowej): ........................................</w:t>
      </w:r>
    </w:p>
    <w:p>
      <w:pPr>
        <w:spacing w:after="480"/>
      </w:pPr>
      <w:r>
        <w:rPr>
          <w:b w:val="0"/>
        </w:rPr>
        <w:t>Data: ........................................</w:t>
      </w:r>
    </w:p>
    <w:p>
      <w:pPr>
        <w:spacing w:after="120"/>
      </w:pPr>
      <w:r>
        <w:rPr>
          <w:b w:val="0"/>
          <w:sz w:val="18"/>
        </w:rPr>
        <w:t>(*) Niepotrzebne skreślić.</w:t>
      </w:r>
    </w:p>
    <w:p>
      <w:pPr>
        <w:spacing w:after="120"/>
      </w:pPr>
      <w:r>
        <w:rPr>
          <w:b w:val="0"/>
          <w:sz w:val="18"/>
        </w:rPr>
        <w:t>Produkt odeślij na adres: Kacper Pachocki, Adamowo 13, 63-100 Nochowo, w ciągu 14 dni od wysłania oświadczenia. Bezpośredni koszt odesłania ponosi kupujący. Zwrot płatności nastąpi w ciągu 14 dni od otrzymania oświadczenia, tą samą metodą płatności.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